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מי מוביל את הכיתה?</w:t>
      </w:r>
    </w:p>
    <w:p>
      <w:pPr>
        <w:bidi w:val="1"/>
        <w:spacing w:after="40" w:before="0"/>
      </w:pPr>
      <w:r>
        <w:rPr>
          <w:rFonts w:ascii="Arial" w:hAnsi="Arial" w:cs="Arial"/>
          <w:b w:val="0"/>
          <w:color w:val="5D5675"/>
          <w:sz w:val="23"/>
          <w:rtl w:val="1"/>
          <w:szCs w:val="23"/>
        </w:rPr>
        <w:t>כיתה ח׳ · כתבה · 347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מי מוביל את הכיתה?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הבטיחה שירה? ✔ ג. להקשיב ולהביא כל בעיה למקום שבו אפשר לפתור אותה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איזו תכונה בחרו מעט מאוד תלמידים? ✔ ג. פופולריות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התלמידים העדיפו אמינות על פני הבטחות גדולות; הם האמינו שהיא תעמוד במילה שלה, ולכן אמון חשוב להם יותר מפרסים.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המובילים בכוח – קולניים, ואחרים מצייתים מפחד; זה מצליח לזמן קצר. המובילים באמון – אחרים הולכים אחריהם כי הם מרגישים שרואים אותם; רק הם בונים כיתה מגובשת.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תוצאות הבחירות בח׳2; הסקר שבו מעטים בחרו בפופולריות; דברי אורית על אמון).</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12: מי מוביל את הכיתה?</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בכל כיתה יש מי שמובילים: לפעמים נבחרו לתפקיד, ולפעמים פשוט כולם הולכים אחריהם. מה עושה אדם למנהיג טוב? קראו את הכתבה, וחשבו על המנהיגים שאתם מכירים.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מי מוביל את הכיתה?</w:t>
            </w:r>
          </w:p>
          <w:p>
            <w:pPr>
              <w:bidi w:val="1"/>
            </w:pPr>
            <w:r>
              <w:rPr>
                <w:rFonts w:ascii="Arial" w:hAnsi="Arial" w:cs="Arial"/>
                <w:b/>
                <w:color w:val="5D5675"/>
                <w:sz w:val="26"/>
                <w:rtl w:val="1"/>
                <w:szCs w:val="26"/>
                <w:bCs/>
              </w:rPr>
              <w:t>מועצת התלמידים, נציגי הכיתה ומי שכולם מקשיבים לו בהפסקה: מה הופך תלמיד או תלמידה למנהיגים, והאם אפשר ללמוד מנהיגות?</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בבחירות לנציגות הכיתה בח׳2 התמודדו השנה שלושה מועמדים. אחד הבטיח הפסקות ארוכות יותר, שנייה הבטיחה מסיבת סוף שנה גדולה, והשלישית, שירה, הבטיחה דבר אחד בלבד: "אני אקשיב לכם, ואביא כל בעיה למקום שבו אפשר לפתור אותה." שירה ניצחה בפער גדול. "חשבתי שההבטחות הגדולות ינצחו," אמר אחד התלמידים, "אבל בסוף בחרנו במי שסמכנו עליה."</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אורית, מחנכת כבר עשרים שנה, מבחינה בין שני סוגי מובילים. "יש מי שמובילים בכוח – הם הכי קולניים, ואחרים עושים מה שהם אומרים כי חוששים מהם. ויש מי שמובילים באמון – אחרים הולכים אחריהם כי הם מרגישים שרואים אותם." לדבריה, הסוג הראשון מצליח לזמן קצר, אבל רק הסוג השני בונה כיתה מגובשת.</w:t>
            </w:r>
          </w:p>
          <w:p>
            <w:pPr>
              <w:bidi w:val="1"/>
            </w:pPr>
            <w:r>
              <w:rPr>
                <w:rFonts w:ascii="Arial" w:hAnsi="Arial" w:cs="Arial"/>
                <w:b/>
                <w:color w:val="7A5BD6"/>
                <w:sz w:val="26"/>
                <w:rtl w:val="1"/>
                <w:szCs w:val="26"/>
                <w:bCs/>
              </w:rPr>
              <w:t xml:space="preserve">ד.  </w:t>
            </w:r>
            <w:r>
              <w:rPr>
                <w:rFonts w:ascii="Arial" w:hAnsi="Arial" w:cs="Arial"/>
                <w:b w:val="0"/>
                <w:sz w:val="26"/>
                <w:rtl w:val="1"/>
                <w:szCs w:val="26"/>
              </w:rPr>
              <w:t>מה מאפיין מנהיג או מנהיגה טובים? תלמידי ח׳ שנשאלו בסקר כיתתי בחרו בשלוש תכונות עיקריות: הקשבה, הגינות ואומץ לומר את האמת גם כשהיא לא נעימה. הפתיע לגלות שרק מעטים בחרו ב"פופולריות". "מנהיג הוא לא מי שהכי הרבה אוהבים," כתבה אחת התלמידות, "אלא מי שדואג גם למי שאף אחד לא שם לב אליו."</w:t>
            </w:r>
          </w:p>
          <w:p>
            <w:pPr>
              <w:bidi w:val="1"/>
            </w:pPr>
            <w:r>
              <w:rPr>
                <w:rFonts w:ascii="Arial" w:hAnsi="Arial" w:cs="Arial"/>
                <w:b/>
                <w:color w:val="7A5BD6"/>
                <w:sz w:val="26"/>
                <w:rtl w:val="1"/>
                <w:szCs w:val="26"/>
                <w:bCs/>
              </w:rPr>
              <w:t xml:space="preserve">ו.  </w:t>
            </w:r>
            <w:r>
              <w:rPr>
                <w:rFonts w:ascii="Arial" w:hAnsi="Arial" w:cs="Arial"/>
                <w:b w:val="0"/>
                <w:sz w:val="26"/>
                <w:rtl w:val="1"/>
                <w:szCs w:val="26"/>
              </w:rPr>
              <w:t>שירה, הנציגה הטרייה, כבר גילתה שהתפקיד אינו פשוט. "בשבוע הראשון חצי כיתה רצתה טיול לים, וחצי רצתה פארק. כל צד כעס עליי." היא ערכה הצבעה, אבל גם דאגה שהמיעוט יבחר את הפעילות של אחר הצהריים. "הבנתי שמנהיגות זה לא לרצות את כולם," היא אומרת. "זה לדאוג שכולם ירגישו שהקשבתי להם."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מועמד     פער     רשמית     מגובשת     הגינות     המיעוט</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הבטיחה שירה?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הפסקות ארוכות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מסיבה גדולה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להקשיב ולהביא כל בעיה למקום שבו אפשר לפתור אותה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איזו תכונה בחרו מעט מאוד תלמידים?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הקשבה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הגינות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פופולריות</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התלמיד "בסוף בחרנו במי שסמכנו עליה" על הסיבה לניצחון של שירה?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שירה ניצחה כי התלמידים…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שני סוגי המובילים שמתארת אורית בפסקה ג: במה הם שונים, ומה התוצאה של כל אחד?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מי שמוביל בכוח… ואילו מי שמוביל באמון… 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שנציג הכיתה צריך להיות התלמיד הפופולרי ביותר, כי כולם מקשיבים לו ויוכל להשפיע. אחרים טוענים שהנציג צריך להיות מי שמקשיב ודואג לכולם, גם אם הוא לא הכי מוכר.</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12 · מי מוביל את הכיתה?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12 · מי מוביל את הכיתה?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