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מי מוביל את הכיתה?</w:t>
      </w:r>
    </w:p>
    <w:p>
      <w:pPr>
        <w:bidi w:val="1"/>
        <w:spacing w:after="40" w:before="0"/>
      </w:pPr>
      <w:r>
        <w:rPr>
          <w:rFonts w:ascii="Arial" w:hAnsi="Arial" w:cs="Arial"/>
          <w:b w:val="0"/>
          <w:color w:val="5D5675"/>
          <w:sz w:val="18"/>
          <w:rtl w:val="1"/>
          <w:szCs w:val="18"/>
        </w:rPr>
        <w:t>כיתה ח׳ · כתבה · 347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מי מוביל את הכיתה?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הבטיחה שירה? ✔ ג. להקשיב ולהביא כל בעיה למקום שבו אפשר לפתור אותה  |  תשובה מלאה: שהיא תקשיב לתלמידים ותביא כל בעיה למקום שבו אפשר לפתור אותה.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איזו תכונה בחרו מעט מאוד תלמידים? ✔ ג. פופולריות  |  תשובה מלאה: הקשבה, הגינות ואומץ לומר את האמת.</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שלא צריך לדעת הכול; צריך להיות מוכן, להקשיב ולהודות כשטועים.  [מילים להדגשה: מה למד]</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התלמידים העדיפו אמינות על פני הבטחות גדולות; הם האמינו שהיא תעמוד במילה שלה, ולכן אמון חשוב להם יותר מפרסים.  [מילים להדגשה: מה ניתן להסיק, הסיבה]</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המובילים בכוח – קולניים, ואחרים מצייתים מפחד; זה מצליח לזמן קצר. המובילים באמון – אחרים הולכים אחריהם כי הם מרגישים שרואים אותם; רק הם בונים כיתה מגובשת.  [מילים להדגשה: השוו, במה שונים, התוצאה]</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השפעה על אחרים בלי תפקיד או תואר – אחרים מקשיבים לאדם כי הוא משפיע. דוגמה: התלמיד שמחליט איזה משחק ישחקו בהפסקה.  [מילים להדגשה: הסבירו, המונח, דוגמה]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תוצאות הבחירות בח׳2; הסקר שבו מעטים בחרו בפופולריות; דברי אורית על אמון).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12: מי מוביל את הכיתה?</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מועמד – מי שמתחרה בבחירות · פער – הבדל · רשמית – שנקבעה באופן מסודר, עם תפקיד · מגובשת – מאוחדת, שהחברים בה קרובים · הגינות – יושר וצדק כלפי כולם · המיעוט – הקבוצה הקטנה יותר</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בכל כיתה יש מי שמובילים: לפעמים נבחרו לתפקיד, ולפעמים פשוט כולם הולכים אחריהם. מה עושה אדם למנהיג טוב? קראו את הכתבה, וחשבו על המנהיגים שאתם מכירים.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מי מוביל את הכיתה?</w:t>
            </w:r>
          </w:p>
          <w:p>
            <w:pPr>
              <w:bidi w:val="1"/>
            </w:pPr>
            <w:r>
              <w:rPr>
                <w:rFonts w:ascii="Arial" w:hAnsi="Arial" w:cs="Arial"/>
                <w:b/>
                <w:color w:val="5D5675"/>
                <w:sz w:val="20"/>
                <w:rtl w:val="1"/>
                <w:szCs w:val="20"/>
                <w:bCs/>
              </w:rPr>
              <w:t>מועצת התלמידים, נציגי הכיתה ומי שכולם מקשיבים לו בהפסקה: מה הופך תלמיד או תלמידה למנהיגים, והאם אפשר ללמוד מנהיגות?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בבחירות לנציגות הכיתה בח׳2 התמודדו השנה שלושה מועמדים. אחד הבטיח הפסקות ארוכות יותר, שנייה הבטיחה מסיבת סוף שנה גדולה, והשלישית, שירה, הבטיחה דבר אחד בלבד: "אני אקשיב לכם, ואביא כל בעיה למקום שבו אפשר לפתור אותה." שירה ניצחה בפער גדול. "חשבתי שההבטחות הגדולות ינצחו," אמר אחד התלמידים, "אבל בסוף בחרנו במי שסמכנו עליה."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מנהיגות היא היכולת להשפיע על אחרים ולהוביל אותם לעבר מטרה משותפת. יש מנהיגות רשמית, של מי שנבחרו לתפקיד, ויש מנהיגות לא רשמית, של מי שאחרים מקשיבים להם גם בלי תואר. לפעמים התלמיד שמחליט איזה משחק ישחקו בהפסקה משפיע על הכיתה יותר מהנציג הנבחר.</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אורית, מחנכת כבר עשרים שנה, מבחינה בין שני סוגי מובילים. "יש מי שמובילים בכוח – הם הכי קולניים, ואחרים עושים מה שהם אומרים כי חוששים מהם. ויש מי שמובילים באמון – אחרים הולכים אחריהם כי הם מרגישים שרואים אותם." לדבריה, הסוג הראשון מצליח לזמן קצר, אבל רק הסוג השני בונה כיתה מגובשת.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מה מאפיין מנהיג או מנהיגה טובים? תלמידי ח׳ שנשאלו בסקר כיתתי בחרו בשלוש תכונות עיקריות: הקשבה, הגינות ואומץ לומר את האמת גם כשהיא לא נעימה. הפתיע לגלות שרק מעטים בחרו ב"פופולריות". "מנהיג הוא לא מי שהכי הרבה אוהבים," כתבה אחת התלמידות, "אלא מי שדואג גם למי שאף אחד לא שם לב אליו."</w:t>
            </w:r>
          </w:p>
          <w:p>
            <w:pPr>
              <w:bidi w:val="1"/>
            </w:pPr>
            <w:r>
              <w:rPr>
                <w:rFonts w:ascii="Arial" w:hAnsi="Arial" w:cs="Arial"/>
                <w:b/>
                <w:color w:val="7A5BD6"/>
                <w:sz w:val="20"/>
                <w:rtl w:val="1"/>
                <w:szCs w:val="20"/>
                <w:bCs/>
              </w:rPr>
              <w:t xml:space="preserve">ה.  </w:t>
            </w:r>
            <w:r>
              <w:rPr>
                <w:rFonts w:ascii="Arial" w:hAnsi="Arial" w:cs="Arial"/>
                <w:b w:val="0"/>
                <w:sz w:val="20"/>
                <w:rtl w:val="1"/>
                <w:szCs w:val="20"/>
              </w:rPr>
              <w:t>גם מנהיגות אפשר ללמוד. בתנועות הנוער, בני ובנות 15 ו־16 מדריכים ילדים צעירים: הם מתכננים פעולות, פותרים ויכוחים ולוקחים אחריות על קבוצה. "בהתחלה פחדתי לעמוד מול עשרים ילדים," מספר אלעד, מדריך בשנה הראשונה. "למדתי שלא צריך לדעת הכול. צריך להיות מוכן, להקשיב, ולהודות כשטועים."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שירה, הנציגה הטרייה, כבר גילתה שהתפקיד אינו פשוט. "בשבוע הראשון חצי כיתה רצתה טיול לים, וחצי רצתה פארק. כל צד כעס עליי." היא ערכה הצבעה, אבל גם דאגה שהמיעוט יבחר את הפעילות של אחר הצהריים. "הבנתי שמנהיגות זה לא לרצות את כולם," היא אומרת. "זה לדאוג שכולם ירגישו שהקשבתי להם."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השיחה שאלנו את אורית מה העצה שלה למי שרוצים להוביל. "תתחילו בקטן," היא אמרה. "תעזרו לתלמיד חדש, תציעו רעיון בשיעור, תעמדו לצד מי שצוחקים עליו. מנהיגות נבנית ממעשים קטנים, הרבה לפני שמקבלים תפקיד."</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הבטיחה שירה?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הפסקות ארוכות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מסיבה גדולה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להקשיב ולהביא כל בעיה למקום שבו אפשר לפתור אותה</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איזו תכונה בחרו מעט מאוד תלמידים?</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הקשבה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הגינות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פופולריות</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למד אלעד מהניסיון שלו כמדריך?</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ניתן להסיק מדברי התלמיד "בסוף בחרנו במי שסמכנו עליה" על הסיבה לניצחון של שירה?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שירה ניצחה כי התלמידים… 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שני סוגי המובילים שמתארת אורית בפסקה ג: במה הם שונים, ומה התוצאה של כל אחד?</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מי שמוביל בכוח… ואילו מי שמוביל באמון… 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"מנהיגות לא רשמית" בלשונכם, ותנו דוגמה מהכתבה או מחייכם.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שנציג הכיתה צריך להיות התלמיד הפופולרי ביותר, כי כולם מקשיבים לו ויוכל להשפיע. אחרים טוענים שהנציג צריך להיות מי שמקשיב ודואג לכולם, גם אם הוא לא הכי מוכר.</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12 · מי מוביל את הכיתה?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12 · מי מוביל את הכיתה?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