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מי מוביל את הכיתה?</w:t>
      </w:r>
    </w:p>
    <w:p>
      <w:pPr>
        <w:bidi w:val="1"/>
        <w:spacing w:after="40" w:before="0"/>
      </w:pPr>
      <w:r>
        <w:rPr>
          <w:rFonts w:ascii="Arial" w:hAnsi="Arial" w:cs="Arial"/>
          <w:b w:val="0"/>
          <w:color w:val="5D5675"/>
          <w:sz w:val="18"/>
          <w:rtl w:val="1"/>
          <w:szCs w:val="18"/>
        </w:rPr>
        <w:t>כיתה ח׳ · כתבה · 347 מילים · גרסה: רגיל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בכל שאלה התלמידים מסמנים "איך הגעתם לתשובה" – כתוב בטקסט / חיברתי רמזים / חשבתי והרגשתי.</w:t>
      </w:r>
    </w:p>
    <w:p>
      <w:pPr>
        <w:bidi w:val="1"/>
        <w:spacing w:after="40" w:before="0"/>
      </w:pPr>
      <w:r>
        <w:rPr>
          <w:rFonts w:ascii="Arial" w:hAnsi="Arial" w:cs="Arial"/>
          <w:b/>
          <w:color w:val="6B4FC4"/>
          <w:sz w:val="22"/>
          <w:rtl w:val="1"/>
          <w:szCs w:val="22"/>
          <w:bCs/>
        </w:rPr>
        <w:t>🔑 מי מוביל את הכיתה? – כתבה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שהיא תקשיב לתלמידים ותביא כל בעיה למקום שבו אפשר לפתור אותה.  [מילים להדגשה: מה הבטיחה]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הקשבה, הגינות ואומץ לומר את האמת.  [מילים להדגשה: אילו, שלוש תכונות]</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שלא צריך לדעת הכול; צריך להיות מוכן, להקשיב ולהודות כשטועים.  [מילים להדגשה: מה למד]</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התלמידים העדיפו אמינות על פני הבטחות גדולות; הם האמינו שהיא תעמוד במילה שלה, ולכן אמון חשוב להם יותר מפרסים.  [מילים להדגשה: מה ניתן להסיק, הסיבה]</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המובילים בכוח – קולניים, ואחרים מצייתים מפחד; זה מצליח לזמן קצר. המובילים באמון – אחרים הולכים אחריהם כי הם מרגישים שרואים אותם; רק הם בונים כיתה מגובשת.  [מילים להדגשה: השוו, במה שונים, התוצאה]</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השפעה על אחרים בלי תפקיד או תואר – אחרים מקשיבים לאדם כי הוא משפיע. דוגמה: התלמיד שמחליט איזה משחק ישחקו בהפסקה.  [מילים להדגשה: הסבירו, המונח, דוגמה]</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תוצאות הבחירות בח׳2; הסקר שבו מעטים בחרו בפופולריות; דברי אורית על אמון).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12: מי מוביל את הכיתה?</w:t>
      </w:r>
    </w:p>
    <w:p>
      <w:pPr>
        <w:bidi w:val="1"/>
        <w:spacing w:after="40" w:before="0"/>
      </w:pPr>
      <w:r>
        <w:rPr>
          <w:rFonts w:ascii="Arial" w:hAnsi="Arial" w:cs="Arial"/>
          <w:b w:val="0"/>
          <w:color w:val="5D5675"/>
          <w:sz w:val="18"/>
          <w:rtl w:val="1"/>
          <w:szCs w:val="18"/>
        </w:rPr>
        <w:t>כיתה ח׳ · כתבה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בכל כיתה יש מי שמובילים: לפעמים נבחרו לתפקיד, ולפעמים פשוט כולם הולכים אחריהם. מה עושה אדם למנהיג טוב? קראו את הכתבה, וחשבו על המנהיגים שאתם מכירים.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מי מוביל את הכיתה?</w:t>
            </w:r>
          </w:p>
          <w:p>
            <w:pPr>
              <w:bidi w:val="1"/>
            </w:pPr>
            <w:r>
              <w:rPr>
                <w:rFonts w:ascii="Arial" w:hAnsi="Arial" w:cs="Arial"/>
                <w:b/>
                <w:color w:val="5D5675"/>
                <w:sz w:val="20"/>
                <w:rtl w:val="1"/>
                <w:szCs w:val="20"/>
                <w:bCs/>
              </w:rPr>
              <w:t>מועצת התלמידים, נציגי הכיתה ומי שכולם מקשיבים לו בהפסקה: מה הופך תלמיד או תלמידה למנהיגים, והאם אפשר ללמוד מנהיגות?</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בבחירות לנציגות הכיתה בח׳2 התמודדו השנה שלושה מועמדים. אחד הבטיח הפסקות ארוכות יותר, שנייה הבטיחה מסיבת סוף שנה גדולה, והשלישית, שירה, הבטיחה דבר אחד בלבד: "אני אקשיב לכם, ואביא כל בעיה למקום שבו אפשר לפתור אותה." שירה ניצחה בפער גדול. "חשבתי שההבטחות הגדולות ינצחו," אמר אחד התלמידים, "אבל בסוף בחרנו במי שסמכנו עליה."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מנהיגות היא היכולת להשפיע על אחרים ולהוביל אותם לעבר מטרה משותפת. יש מנהיגות רשמית, של מי שנבחרו לתפקיד, ויש מנהיגות לא רשמית, של מי שאחרים מקשיבים להם גם בלי תואר. לפעמים התלמיד שמחליט איזה משחק ישחקו בהפסקה משפיע על הכיתה יותר מהנציג הנבחר.</w:t>
            </w:r>
          </w:p>
          <w:p>
            <w:pPr>
              <w:bidi w:val="1"/>
            </w:pPr>
            <w:r>
              <w:rPr>
                <w:rFonts w:ascii="Arial" w:hAnsi="Arial" w:cs="Arial"/>
                <w:b/>
                <w:color w:val="7A5BD6"/>
                <w:sz w:val="20"/>
                <w:rtl w:val="1"/>
                <w:szCs w:val="20"/>
                <w:bCs/>
              </w:rPr>
              <w:t xml:space="preserve">ג.  </w:t>
            </w:r>
            <w:r>
              <w:rPr>
                <w:rFonts w:ascii="Arial" w:hAnsi="Arial" w:cs="Arial"/>
                <w:b w:val="0"/>
                <w:sz w:val="20"/>
                <w:rtl w:val="1"/>
                <w:szCs w:val="20"/>
              </w:rPr>
              <w:t>אורית, מחנכת כבר עשרים שנה, מבחינה בין שני סוגי מובילים. "יש מי שמובילים בכוח – הם הכי קולניים, ואחרים עושים מה שהם אומרים כי חוששים מהם. ויש מי שמובילים באמון – אחרים הולכים אחריהם כי הם מרגישים שרואים אותם." לדבריה, הסוג הראשון מצליח לזמן קצר, אבל רק הסוג השני בונה כיתה מגובשת.</w:t>
            </w:r>
          </w:p>
          <w:p>
            <w:pPr>
              <w:bidi w:val="1"/>
            </w:pPr>
            <w:r>
              <w:rPr>
                <w:rFonts w:ascii="Arial" w:hAnsi="Arial" w:cs="Arial"/>
                <w:b/>
                <w:color w:val="7A5BD6"/>
                <w:sz w:val="20"/>
                <w:rtl w:val="1"/>
                <w:szCs w:val="20"/>
                <w:bCs/>
              </w:rPr>
              <w:t xml:space="preserve">ד.  </w:t>
            </w:r>
            <w:r>
              <w:rPr>
                <w:rFonts w:ascii="Arial" w:hAnsi="Arial" w:cs="Arial"/>
                <w:b w:val="0"/>
                <w:sz w:val="20"/>
                <w:rtl w:val="1"/>
                <w:szCs w:val="20"/>
              </w:rPr>
              <w:t>מה מאפיין מנהיג או מנהיגה טובים? תלמידי ח׳ שנשאלו בסקר כיתתי בחרו בשלוש תכונות עיקריות: הקשבה, הגינות ואומץ לומר את האמת גם כשהיא לא נעימה. הפתיע לגלות שרק מעטים בחרו ב"פופולריות". "מנהיג הוא לא מי שהכי הרבה אוהבים," כתבה אחת התלמידות, "אלא מי שדואג גם למי שאף אחד לא שם לב אליו."</w:t>
            </w:r>
          </w:p>
          <w:p>
            <w:pPr>
              <w:bidi w:val="1"/>
            </w:pPr>
            <w:r>
              <w:rPr>
                <w:rFonts w:ascii="Arial" w:hAnsi="Arial" w:cs="Arial"/>
                <w:b/>
                <w:color w:val="7A5BD6"/>
                <w:sz w:val="20"/>
                <w:rtl w:val="1"/>
                <w:szCs w:val="20"/>
                <w:bCs/>
              </w:rPr>
              <w:t xml:space="preserve">ה.  </w:t>
            </w:r>
            <w:r>
              <w:rPr>
                <w:rFonts w:ascii="Arial" w:hAnsi="Arial" w:cs="Arial"/>
                <w:b w:val="0"/>
                <w:sz w:val="20"/>
                <w:rtl w:val="1"/>
                <w:szCs w:val="20"/>
              </w:rPr>
              <w:t>גם מנהיגות אפשר ללמוד. בתנועות הנוער, בני ובנות 15 ו־16 מדריכים ילדים צעירים: הם מתכננים פעולות, פותרים ויכוחים ולוקחים אחריות על קבוצה. "בהתחלה פחדתי לעמוד מול עשרים ילדים," מספר אלעד, מדריך בשנה הראשונה. "למדתי שלא צריך לדעת הכול. צריך להיות מוכן, להקשיב, ולהודות כשטועים."</w:t>
            </w:r>
          </w:p>
          <w:p>
            <w:pPr>
              <w:bidi w:val="1"/>
            </w:pPr>
            <w:r>
              <w:rPr>
                <w:rFonts w:ascii="Arial" w:hAnsi="Arial" w:cs="Arial"/>
                <w:b/>
                <w:color w:val="7A5BD6"/>
                <w:sz w:val="20"/>
                <w:rtl w:val="1"/>
                <w:szCs w:val="20"/>
                <w:bCs/>
              </w:rPr>
              <w:t xml:space="preserve">ו.  </w:t>
            </w:r>
            <w:r>
              <w:rPr>
                <w:rFonts w:ascii="Arial" w:hAnsi="Arial" w:cs="Arial"/>
                <w:b w:val="0"/>
                <w:sz w:val="20"/>
                <w:rtl w:val="1"/>
                <w:szCs w:val="20"/>
              </w:rPr>
              <w:t>שירה, הנציגה הטרייה, כבר גילתה שהתפקיד אינו פשוט. "בשבוע הראשון חצי כיתה רצתה טיול לים, וחצי רצתה פארק. כל צד כעס עליי." היא ערכה הצבעה, אבל גם דאגה שהמיעוט יבחר את הפעילות של אחר הצהריים. "הבנתי שמנהיגות זה לא לרצות את כולם," היא אומרת. "זה לדאוג שכולם ירגישו שהקשבתי להם."</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בסוף השיחה שאלנו את אורית מה העצה שלה למי שרוצים להוביל. "תתחילו בקטן," היא אמרה. "תעזרו לתלמיד חדש, תציעו רעיון בשיעור, תעמדו לצד מי שצוחקים עליו. מנהיגות נבנית ממעשים קטנים, הרבה לפני שמקבלים תפקיד."</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הבטיחה שירה בבחירות לנציגות הכיתה?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אילו שלוש תכונות בחרו תלמידי ח׳ בסקר הכיתתי?</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למד אלעד מהניסיון שלו כמדריך?</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ניתן להסיק מדברי התלמיד "בסוף בחרנו במי שסמכנו עליה" על הסיבה לניצחון של שירה?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שני סוגי המובילים שמתארת אורית בפסקה ג: במה הם שונים, ומה התוצאה של כל אחד?</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המונח "מנהיגות לא רשמית" בלשונכם, ותנו דוגמה מהכתבה או מחייכם.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שנציג הכיתה צריך להיות התלמיד הפופולרי ביותר, כי כולם מקשיבים לו ויוכל להשפיע. אחרים טוענים שהנציג צריך להיות מי שמקשיב ודואג לכולם, גם אם הוא לא הכי מוכר.</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הכתבה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12 · מי מוביל את הכיתה?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12 · מי מוביל את הכיתה?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